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על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הרצל ואת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כחול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בסיפור על הרצל.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היה איש שחלם וכתב, לא טבח.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החלום המרכזי בסיפור.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החלום התגשם וקמה מדינת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מתחים קו - מילה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(דפים כתובים שקוראים)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(הרצל כתב בו מאמרים)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(משהו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עם חי ושולט)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(סמל של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בנימין נולד.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כותב על החלום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פגישה גדולה מתקיימת בבזל.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קמה מדינת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שתהיה מדינה לעם היהודי.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שהחלום היה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שהפגישה הייתה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שוב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ציור חופשי בחלק האחרון ולא להקפיד על 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במשימת מתיחת הקו וסידור הכרטיסים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על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הרצל. הוא חלם שתהיה מדינה לעם היהודי. נתרגל את הסיפור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מַשֶּׁהוּ שֶׁרוֹצִים שֶׁיִּקְרֶה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שֶׁבּוֹ עָם חַי וְשׁוֹלֵט בְּעַצְמוֹ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עִתּוֹן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דַּפִּים עִם חֲדָשׁוֹת וְכַתָבוֹת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סֵמֶל שֶׁל מְדִינָה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פְּגִישָׁה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כַּמָּה אֲנָשִׁים נִפְגָּשִׁים יַחַד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סֵפֶר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דַּפִּים כְּתוּבִים שֶׁקוֹרְאִים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הֶרְצְל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הָאִישׁ שֶׁחָלַם עַל מְדִינָה לָעָם הַיְּהוּדִי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יִשְׂרָאֵל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הַמְּדִינָה שֶׁקָּמָה בְּסוֹף הַסִּפּוּר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אהב?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הרצל חלם?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הייתה הפגישה?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הצבעים של הדגל?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 ושחור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הרצל נסע לפגישה?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אהב 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טבח.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על מדינה לעם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נעלם ולא קרה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במילים __________ על החלום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חלם על __________ לעם היהודי.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הפגישה הגדולה הייתה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הדגל של ישראל הוא בצבע __________ ולבן.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כש__________ קמה, החלום של הרצל התגשם.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מתחים קו - מילה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סֵפֶר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משהו שרוצים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עִתּוֹן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עם חי ושולט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חֲלוֹם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מְדִינָה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הרצל כתב בו מאמרים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דֶּגֶל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דפים כתובים שקוראים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כותב על החלום שלו.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גדולה מתקיימת בבזל.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קמה מדינת ישראל.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בנימין נולד.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החלום של הרצל? כתבו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הייתה הפגישה הגדולה?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על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